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Service Agreement Template</w:t>
      </w:r>
    </w:p>
    <w:p>
      <w:r>
        <w:t>This Service Agreement is made between Client and SmartBiz Automations...</w:t>
        <w:br/>
        <w:br/>
        <w:t>Scope of Services:</w:t>
        <w:br/>
        <w:t>Payment Terms:</w:t>
        <w:br/>
        <w:t>Confidentiality: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